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color w:val="1E3A8A"/>
          <w:sz w:val="40"/>
          <w:rtl/>
          <w:bCs/>
          <w:szCs w:val="40"/>
        </w:rPr>
        <w:t>📝 דפי עבודה לפי רמות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יסודי · חט״ב · חט״ע · עולים (ניקוד) · חנ״מ (חזותי) · ובסוף: הוראות למסלול הרצפה.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color w:val="1E3A8A"/>
          <w:sz w:val="40"/>
          <w:rtl/>
          <w:bCs/>
          <w:szCs w:val="40"/>
        </w:rPr>
        <w:t>🎒 יסודי – חוצים בטוח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שם: ______________   כיתה: ______</w:t>
      </w:r>
    </w:p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1. מה אומר התמרור? כתבו את השם מתחת לכל תמרור.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stop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999999"/>
                <w:rtl/>
              </w:rPr>
              <w:t>______________________________________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giv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999999"/>
                <w:rtl/>
              </w:rPr>
              <w:t>______________________________________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noentry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999999"/>
                <w:rtl/>
              </w:rPr>
              <w:t>______________________________________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ped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999999"/>
                <w:rtl/>
              </w:rPr>
              <w:t>______________________________________</w:t>
            </w:r>
          </w:p>
        </w:tc>
      </w:tr>
      <w:tr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pedwarn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999999"/>
                <w:rtl/>
              </w:rPr>
              <w:t>______________________________________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kids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999999"/>
                <w:rtl/>
              </w:rPr>
              <w:t>______________________________________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lightwarn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999999"/>
                <w:rtl/>
              </w:rPr>
              <w:t>______________________________________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ign-s3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999999"/>
                <w:rtl/>
              </w:rPr>
              <w:t>______________________________________</w:t>
            </w:r>
          </w:p>
        </w:tc>
      </w:tr>
    </w:tbl>
    <w:p/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2. מספרו את הצעדים לפי הסדר הנכון (1–5):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___ חוצים בהליכה וממשיכים להסתכל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___ עוצרים בשפת המדרכה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___ מחכים לאור ירוק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___ מסתכלים שמאלה, ימינה ושוב שמאלה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___ מורידים אוזניות ומכניסים טלפון לכיס</w:t>
      </w:r>
    </w:p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3. ציירו את הדרך שלכם לבית הספר וסמנו בה מקום אחד שצריך להיזהר בו.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555555"/>
                <w:sz w:val="16"/>
                <w:rtl/>
                <w:szCs w:val="16"/>
              </w:rPr>
            </w:r>
          </w:p>
        </w:tc>
      </w:tr>
    </w:tbl>
    <w:p/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color w:val="1E3A8A"/>
          <w:sz w:val="40"/>
          <w:rtl/>
          <w:bCs/>
          <w:szCs w:val="40"/>
        </w:rPr>
        <w:t>🏫 חט״ב – אפר״ת וכובעי החשיבה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שם: ______________   כיתה: ______   כרטיס המצב שלנו: ______________</w:t>
      </w:r>
    </w:p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1. מפרקים את המצב לפי אפר״ת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EF2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rtl/>
                <w:bCs/>
              </w:rPr>
              <w:t>שלב</w:t>
            </w:r>
          </w:p>
        </w:tc>
        <w:tc>
          <w:tcPr>
            <w:tcW w:type="dxa" w:w="5103"/>
            <w:shd w:val="clear" w:color="auto" w:fill="EEF2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rtl/>
                <w:bCs/>
              </w:rPr>
              <w:t>מה כתוב / מה אנחנו חושבים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 – אירוע: מה קרה? (רק עובדות)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br/>
              <w:br/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 – פרשנות: מה המחשבה הראשונה?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br/>
              <w:br/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 – רגש: מה מרגישים בגוף ובלב?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br/>
              <w:br/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 – תגובה: מה עושים?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br/>
              <w:br/>
            </w:r>
          </w:p>
        </w:tc>
      </w:tr>
    </w:tbl>
    <w:p/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2. משפט אחד לכל כובע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EF2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rtl/>
                <w:bCs/>
              </w:rPr>
              <w:t>כובע</w:t>
            </w:r>
          </w:p>
        </w:tc>
        <w:tc>
          <w:tcPr>
            <w:tcW w:type="dxa" w:w="5103"/>
            <w:shd w:val="clear" w:color="auto" w:fill="EEF2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rtl/>
                <w:bCs/>
              </w:rPr>
              <w:t>המשפט שלנו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⚪ הכובע הלבן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br/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🔴 הכובע האדום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br/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⚫ הכובע השחור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br/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🟡 הכובע הצהוב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br/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🟢 הכובע הירוק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br/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🔵 הכובע הכחול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br/>
            </w:r>
          </w:p>
        </w:tc>
      </w:tr>
    </w:tbl>
    <w:p/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3. מחשבה עוצרת ← מחשבה מקדמת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כתבו מחשבה ״עוצרת״ שעלתה לכם בדרך, ואז הפכו אותה למחשבה ״מקדמת״:</w:t>
      </w:r>
    </w:p>
    <w:p>
      <w:pPr>
        <w:bidi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______________________________________________________________________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color w:val="1E3A8A"/>
          <w:sz w:val="40"/>
          <w:rtl/>
          <w:bCs/>
          <w:szCs w:val="40"/>
        </w:rPr>
        <w:t>🎓 חט״ע – עיר נגישה ובטוחה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שמות חברי/ות הקבוצה: 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1. רשימת בדיקה – סמנו ✓ מה קיים ו-✗ מה חסר ברחוב שבחרתם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EEF2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rtl/>
                <w:bCs/>
              </w:rPr>
              <w:t>תחום</w:t>
            </w:r>
          </w:p>
        </w:tc>
        <w:tc>
          <w:tcPr>
            <w:tcW w:type="dxa" w:w="2551"/>
            <w:shd w:val="clear" w:color="auto" w:fill="EEF2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rtl/>
                <w:bCs/>
              </w:rPr>
              <w:t>פריט</w:t>
            </w:r>
          </w:p>
        </w:tc>
        <w:tc>
          <w:tcPr>
            <w:tcW w:type="dxa" w:w="2551"/>
            <w:shd w:val="clear" w:color="auto" w:fill="EEF2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rtl/>
                <w:bCs/>
              </w:rPr>
              <w:t>קיים?</w:t>
            </w:r>
          </w:p>
        </w:tc>
        <w:tc>
          <w:tcPr>
            <w:tcW w:type="dxa" w:w="2551"/>
            <w:shd w:val="clear" w:color="auto" w:fill="EEF2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rtl/>
                <w:bCs/>
              </w:rPr>
              <w:t>הצעה</w:t>
            </w:r>
          </w:p>
        </w:tc>
      </w:tr>
      <w:tr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🐢 מהירות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פסי האטה ליד בית הספר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🐢 מהירות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אזור של נסיעה איטית בשכונה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🐢 מהירות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כיכר במקום צומת מהיר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🚶 הולכי רגל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מדרכה רחבה ורציפה בכל הרחוב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🚶 הולכי רגל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מעבר חצייה מואר ובולט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🚶 הולכי רגל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אי תנועה באמצע כביש רחב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♿ נגישות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הנמכת מדרכה ליד כל מעבר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♿ נגישות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רמזור עם צליל לעיוורים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♿ נגישות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ספסלים וצל לאורך הדרך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🚲 אופניים וקורקינטים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שביל אופניים נפרד מהמדרכה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🚲 אופניים וקורקינטים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חניה מסודרת לקורקינטים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🚌 תחבורה ציבורית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תחנה מוצלת, עם שלט וזמני הגעה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🚌 תחבורה ציבורית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מעבר חצייה צמוד לתחנה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💡 ראות ותאורה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תאורת רחוב חזקה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💡 ראות ותאורה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אין רכבים חונים ליד מעבר החצייה</w:t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551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</w:tbl>
    <w:p/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2. תדריך תכנון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EF2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rtl/>
                <w:bCs/>
              </w:rPr>
              <w:t>סעיף</w:t>
            </w:r>
          </w:p>
        </w:tc>
        <w:tc>
          <w:tcPr>
            <w:tcW w:type="dxa" w:w="5103"/>
            <w:shd w:val="clear" w:color="auto" w:fill="EEF2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rtl/>
                <w:bCs/>
              </w:rPr>
              <w:t>מה אנחנו מציעים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שם הרחוב / השכונה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הבעיה שזיהינו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br/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למי זה הכי חשוב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br/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התערבות 1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התערבות 2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התערבות 3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אחריות משותפת: רשות / נהגים / הולכי רגל / בית ספר / אני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br/>
              <w:br/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סיסמה לקמפיין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</w:tbl>
    <w:p/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3. רפלקציה אישית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השינוי הקטן שאני לוקח/ת על עצמי השבוע:</w:t>
      </w:r>
    </w:p>
    <w:p>
      <w:pPr>
        <w:bidi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______________________________________________________________________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color w:val="1E3A8A"/>
          <w:sz w:val="40"/>
          <w:rtl/>
          <w:bCs/>
          <w:szCs w:val="40"/>
        </w:rPr>
        <w:t>🟢 עולים – מִלִּים לַדֶּרֶךְ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שֵׁם: ______________</w:t>
      </w:r>
    </w:p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1. כִּתְבוּ אֶת הַמִּלָּה מִתַּחַת לַתְּמוּנָה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48"/>
                <w:rtl/>
                <w:szCs w:val="48"/>
              </w:rPr>
              <w:t>🛣️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999999"/>
                <w:rtl/>
              </w:rPr>
              <w:t>______________________________________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48"/>
                <w:rtl/>
                <w:szCs w:val="48"/>
              </w:rPr>
              <w:t>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999999"/>
                <w:rtl/>
              </w:rPr>
              <w:t>______________________________________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48"/>
                <w:rtl/>
                <w:szCs w:val="48"/>
              </w:rPr>
              <w:t>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999999"/>
                <w:rtl/>
              </w:rPr>
              <w:t>______________________________________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48"/>
                <w:rtl/>
                <w:szCs w:val="48"/>
              </w:rPr>
              <w:t>🚦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999999"/>
                <w:rtl/>
              </w:rPr>
              <w:t>______________________________________</w:t>
            </w:r>
          </w:p>
        </w:tc>
      </w:tr>
      <w:tr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48"/>
                <w:rtl/>
                <w:szCs w:val="48"/>
              </w:rPr>
              <w:t>🛑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999999"/>
                <w:rtl/>
              </w:rPr>
              <w:t>______________________________________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48"/>
                <w:rtl/>
                <w:szCs w:val="48"/>
              </w:rPr>
              <w:t>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999999"/>
                <w:rtl/>
              </w:rPr>
              <w:t>______________________________________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48"/>
                <w:rtl/>
                <w:szCs w:val="48"/>
              </w:rPr>
              <w:t>🚲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999999"/>
                <w:rtl/>
              </w:rPr>
              <w:t>______________________________________</w:t>
            </w:r>
          </w:p>
        </w:tc>
        <w:tc>
          <w:tcPr>
            <w:tcW w:type="dxa" w:w="2551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48"/>
                <w:rtl/>
                <w:szCs w:val="48"/>
              </w:rPr>
              <w:t>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color w:val="999999"/>
                <w:rtl/>
              </w:rPr>
              <w:t>______________________________________</w:t>
            </w:r>
          </w:p>
        </w:tc>
      </w:tr>
    </w:tbl>
    <w:p/>
    <w:p>
      <w:pPr>
        <w:bidi/>
        <w:jc w:val="right"/>
      </w:pPr>
      <w:r>
        <w:rPr>
          <w:rFonts w:ascii="Arial" w:hAnsi="Arial" w:cs="Arial"/>
          <w:b w:val="0"/>
          <w:rtl/>
        </w:rPr>
        <w:t>מַחְסַן מִלִּים: כְּבִישׁ · מִדְרָכָה · מַעֲבַר חֲצִיָּה · רַמְזוֹר · תַּמְרוּר · קַסְדָּה · אוֹפַנַּיִם · קוֹרְקִינֵט</w:t>
      </w:r>
    </w:p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2. הַשְׁלִימוּ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1. בָּאוֹר הָאָדֹם אֲנַחְנוּ __________.   (עוֹמְדִים / רָצִים / חוֹצִים)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2. חוֹצִים אֶת הַכְּבִישׁ בְּ__________.   (מַעֲבַר חֲצִיָּה / תַּחֲנָה / מִדְרָכָה)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3. עַל הָאוֹפַנַּיִם חוֹבְשִׁים __________.   (קַסְדָּה / אוֹזְנִיּוֹת / כּוֹבַע)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4. בַּמְּכוֹנִית חוֹגְרִים __________.   (חֲגוֹרַת בְּטִיחוּת / כַּרְטִיס נְסִיעָה / קַסְדָּה)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5. מְחַכִּים לָאוֹטוֹבּוּס בַּ__________.   (תַּחֲנָה / צוֹמֶת / כְּבִישׁ)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6. לִפְנֵי הַחֲצִיָּה מִסְתַּכְּלִים שְׂמֹאלָה, __________ וְשׁוּב שְׂמֹאלָה.   (יָמִינָה / לְמַעְלָה / אֲחוֹרָה)</w:t>
      </w:r>
    </w:p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3. צִוּוּי – כִּתְבוּ לַקְּבוּצָה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EF2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rtl/>
                <w:bCs/>
              </w:rPr>
              <w:t>שֵׁם הַפֹּעַל</w:t>
            </w:r>
          </w:p>
        </w:tc>
        <w:tc>
          <w:tcPr>
            <w:tcW w:type="dxa" w:w="5103"/>
            <w:shd w:val="clear" w:color="auto" w:fill="EEF2FF"/>
          </w:tcPr>
          <w:p>
            <w:pPr>
              <w:bidi/>
              <w:jc w:val="right"/>
            </w:pPr>
            <w:r/>
            <w:r>
              <w:rPr>
                <w:rFonts w:ascii="Arial" w:hAnsi="Arial" w:cs="Arial"/>
                <w:b/>
                <w:rtl/>
                <w:bCs/>
              </w:rPr>
              <w:t>צִוּוּי (רַבִּים)</w:t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לַעֲצֹר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לְהִסְתַּכֵּל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לְחַכּוֹת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לַחֲצוֹת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לַחְגֹּר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לָלֶכֶת</w:t>
            </w:r>
          </w:p>
        </w:tc>
        <w:tc>
          <w:tcPr>
            <w:tcW w:type="dxa" w:w="5103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</w:tbl>
    <w:p/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4. הַחֵפֶץ שֶׁלִּי</w:t>
      </w:r>
    </w:p>
    <w:p>
      <w:pPr>
        <w:bidi/>
        <w:jc w:val="right"/>
      </w:pPr>
      <w:r>
        <w:rPr>
          <w:rFonts w:ascii="Arial" w:hAnsi="Arial" w:cs="Arial"/>
          <w:b w:val="0"/>
          <w:sz w:val="28"/>
          <w:rtl/>
          <w:szCs w:val="28"/>
        </w:rPr>
        <w:t>הַחֵפֶץ שֶׁלִּי הוּא __________. הוּא מִ__________. הוּא מַזְכִּיר לִי __________.</w:t>
      </w:r>
    </w:p>
    <w:p>
      <w:pPr>
        <w:bidi/>
        <w:jc w:val="right"/>
      </w:pPr>
      <w:r>
        <w:rPr>
          <w:rFonts w:ascii="Arial" w:hAnsi="Arial" w:cs="Arial"/>
          <w:b w:val="0"/>
          <w:sz w:val="28"/>
          <w:rtl/>
          <w:szCs w:val="28"/>
        </w:rPr>
        <w:t>בָּאָרֶץ שֶׁלִּי נָסַעְתִּי בְּ__________. בְּיִשְׂרָאֵל אֲנִי נוֹסֵעַ / נוֹסַעַת בְּ__________.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color w:val="1E3A8A"/>
          <w:sz w:val="40"/>
          <w:rtl/>
          <w:bCs/>
          <w:szCs w:val="40"/>
        </w:rPr>
        <w:t>🌈 חנ״מ – עוצרים, מסתכלים, חוצים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שם: ______________</w:t>
      </w:r>
    </w:p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1. צבעו: באיזה אור עוצרים? באיזה אור חוצים (אחרי שמסתכלים)?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48"/>
                <w:rtl/>
                <w:szCs w:val="48"/>
              </w:rPr>
              <w:t>🔴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32"/>
                <w:rtl/>
                <w:bCs/>
                <w:szCs w:val="32"/>
              </w:rPr>
              <w:t>עוצרים ✋</w:t>
            </w:r>
          </w:p>
        </w:tc>
        <w:tc>
          <w:tcPr>
            <w:tcW w:type="dxa" w:w="5103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48"/>
                <w:rtl/>
                <w:szCs w:val="48"/>
              </w:rPr>
              <w:t>🟢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32"/>
                <w:rtl/>
                <w:bCs/>
                <w:szCs w:val="32"/>
              </w:rPr>
              <w:t>בודקים וחוצים 🚶</w:t>
            </w:r>
          </w:p>
        </w:tc>
      </w:tr>
    </w:tbl>
    <w:p/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2. הקיפו מה בטוח 👍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48"/>
                <w:rtl/>
                <w:szCs w:val="48"/>
              </w:rPr>
              <w:t>🦓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חוצים במעבר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48"/>
                <w:rtl/>
                <w:szCs w:val="48"/>
              </w:rPr>
              <w:t>📱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מסתכלים בטלפון בכביש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48"/>
                <w:rtl/>
                <w:szCs w:val="48"/>
              </w:rPr>
              <w:t>⛑️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קסדה</w:t>
            </w:r>
          </w:p>
        </w:tc>
      </w:tr>
      <w:t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48"/>
                <w:rtl/>
                <w:szCs w:val="48"/>
              </w:rPr>
              <w:t>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מחזיקים יד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48"/>
                <w:rtl/>
                <w:szCs w:val="48"/>
              </w:rPr>
              <w:t>🏃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רצים לכביש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48"/>
                <w:rtl/>
                <w:szCs w:val="48"/>
              </w:rPr>
              <w:t>👀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6"/>
                <w:rtl/>
                <w:bCs/>
                <w:szCs w:val="26"/>
              </w:rPr>
              <w:t>מסתכלים לצדדים</w:t>
            </w:r>
          </w:p>
        </w:tc>
      </w:tr>
    </w:tbl>
    <w:p/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3. גזרו והדביקו לפי הסדר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48"/>
                <w:rtl/>
                <w:szCs w:val="48"/>
              </w:rPr>
              <w:t>✋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32"/>
                <w:rtl/>
                <w:bCs/>
                <w:szCs w:val="32"/>
              </w:rPr>
              <w:t>1. עוצרים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48"/>
                <w:rtl/>
                <w:szCs w:val="48"/>
              </w:rPr>
              <w:t>👀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32"/>
                <w:rtl/>
                <w:bCs/>
                <w:szCs w:val="32"/>
              </w:rPr>
              <w:t>2. מסתכלים</w:t>
            </w:r>
          </w:p>
        </w:tc>
        <w:tc>
          <w:tcPr>
            <w:tcW w:type="dxa" w:w="3402"/>
          </w:tcPr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48"/>
                <w:rtl/>
                <w:szCs w:val="48"/>
              </w:rPr>
              <w:t>🚶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32"/>
                <w:rtl/>
                <w:bCs/>
                <w:szCs w:val="32"/>
              </w:rPr>
              <w:t>3. חוצים</w:t>
            </w:r>
          </w:p>
        </w:tc>
      </w:tr>
    </w:tbl>
    <w:p/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color w:val="1E3A8A"/>
          <w:sz w:val="40"/>
          <w:rtl/>
          <w:bCs/>
          <w:szCs w:val="40"/>
        </w:rPr>
        <w:t>🧭 מסלול רצפה: ״חוצים פה!״</w:t>
      </w:r>
    </w:p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מה צריך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סרט הדבקה צבעוני או גיר (לחצר)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2–3 חישוקים או כיסאות (״מכוניות״/צמתים)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כרטיס אדום וכרטיס ירוק (או צלחות חד-פעמיות צבועות)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תמרורים מודפסים מקובץ הבינגו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אפודים או סרטים צבעוניים לתפקידים (רשות)</w:t>
      </w:r>
    </w:p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איך מסמנים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1. מסמנים ״כביש״: שני קווים מקבילים במרחק 3–4 מטרים.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2. משני הצדדים – ״מדרכות״ (רצועה של 1 מטר).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3. מציירים מעבר חצייה: 5–6 פסים בהדבקה.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4. מניחים ״רמזור״ (תלמיד/ה עם כרטיס אדום/ירוק) ליד המעבר.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5. בפינה – ״תחנת אוטובוס״ ותמרור ״עצור״ בצומת קטן.</w:t>
      </w:r>
    </w:p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תפקידים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🚶 הולכי רגל – רוב הכיתה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🚗 מכוניות – 3–4 תלמידים שנוסעים לאט על ״הכביש״ (בהליכה!)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🚦 רמזור – תלמיד/ה שמחליף/ה צבע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👀 ״עין חדה״ – תלמיד/ה שמחפש/ת טעויות ומחמיא/ה על חצייה נכונה</w:t>
      </w:r>
    </w:p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הפקודות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עִצְרוּ בִּשְׂפַת הַמִּדְרָכָה!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הוֹרִידוּ אוֹזְנִיּוֹת!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הִסְתַּכְּלוּ שְׂמֹאלָה!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הִסְתַּכְּלוּ יָמִינָה!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שׁוּב שְׂמֹאלָה!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חַכּוּ לָאוֹר הַיָּרֹק!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חֲצוּ בַּהֲלִיכָה!</w:t>
      </w:r>
    </w:p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סבבים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1. סבב 1 – לומדים: המורה אומרת את הפקודות, כולם עושים יחד.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2. סבב 2 – רמזור: ה״רמזור״ מחליף צבעים; חוצים רק בירוק ואחרי מבט.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3. סבב 3 – הסחות: חלק מהולכי הרגל ״עם אוזניות/טלפון״ (חפץ ביד). ה״עין החדה״ מזכירה להוריד.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4. סבב 4 – מכונית שעוצרת: מכונית אחת עוצרת, מכונית שנייה ממשיכה לאט בנתיב השני – מתרגלים ״להציץ ולבדוק״.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5. סבב 5 – החלפת תפקידים ושיחה: מה הרגשתם בתור מכונית? בתור הולכי רגל?</w:t>
      </w:r>
    </w:p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התאמות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חנ״מ: שלוש פקודות בלבד (עוצרים – מסתכלים – חוצים), ליווי יד ביד, כרטיסי תמונה גדולים.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עולים: הפקודות עם ניקוד על כרטיסים; מוסיפים את המילה בשפת האם על הלוח.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חט״ב/חט״ע: מוסיפים תמרורי ״תן זכות קדימה״ ו״כיכר״, ו״נהגים״ מקבלים כרטיס מהירות (לאט/מהר) – משוחחים על מרחק עצירה.</w:t>
      </w:r>
    </w:p>
    <w:p>
      <w:pPr>
        <w:bidi/>
        <w:jc w:val="right"/>
      </w:pPr>
      <w:r>
        <w:rPr>
          <w:rFonts w:ascii="Arial" w:hAnsi="Arial" w:cs="Arial"/>
          <w:b/>
          <w:color w:val="1E3A8A"/>
          <w:sz w:val="28"/>
          <w:rtl/>
          <w:bCs/>
          <w:szCs w:val="28"/>
        </w:rPr>
        <w:t>בטיחות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ה״מכוניות״ הולכות – לא רצות.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מרחב פתוח בלי מכשולים; לא ליד כביש אמיתי.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• מסיימים בשיחה: מה נעשה מחר בדרך האמיתית?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rFonts w:ascii="Arial" w:hAnsi="Arial" w:cs="Arial"/>
        <w:b w:val="0"/>
        <w:color w:val="64748B"/>
        <w:sz w:val="16"/>
        <w:rtl/>
        <w:szCs w:val="16"/>
      </w:rPr>
      <w:t>יצרה: רוית ראש בן ישי · בדרך בטוחה – שבוע הבטיחות בדרכים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